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2401" w14:textId="2C4528F0" w:rsidR="0079704B" w:rsidRDefault="36283518">
      <w:pPr>
        <w:jc w:val="center"/>
      </w:pPr>
      <w:r w:rsidRPr="00022966">
        <w:rPr>
          <w:b/>
          <w:bCs/>
          <w:sz w:val="28"/>
          <w:szCs w:val="28"/>
        </w:rPr>
        <w:t xml:space="preserve">Illinois State University </w:t>
      </w:r>
      <w:r w:rsidR="00022966" w:rsidRPr="00022966">
        <w:rPr>
          <w:b/>
          <w:bCs/>
          <w:sz w:val="28"/>
          <w:szCs w:val="28"/>
        </w:rPr>
        <w:t xml:space="preserve">B-1/WB </w:t>
      </w:r>
      <w:r w:rsidRPr="00022966">
        <w:rPr>
          <w:b/>
          <w:bCs/>
          <w:sz w:val="28"/>
          <w:szCs w:val="28"/>
        </w:rPr>
        <w:t>Invitation Letter Template</w:t>
      </w:r>
      <w:r w:rsidR="00FB59D1">
        <w:rPr>
          <w:b/>
          <w:bCs/>
          <w:sz w:val="32"/>
          <w:szCs w:val="32"/>
        </w:rPr>
        <w:br/>
      </w:r>
      <w:r w:rsidR="00FF5AD1" w:rsidRPr="00022966">
        <w:rPr>
          <w:b/>
          <w:bCs/>
          <w:sz w:val="28"/>
          <w:szCs w:val="28"/>
        </w:rPr>
        <w:t>(</w:t>
      </w:r>
      <w:r w:rsidR="00620F21" w:rsidRPr="00022966">
        <w:rPr>
          <w:b/>
          <w:bCs/>
          <w:sz w:val="28"/>
          <w:szCs w:val="28"/>
        </w:rPr>
        <w:t xml:space="preserve">print on </w:t>
      </w:r>
      <w:r w:rsidR="00DD5B11" w:rsidRPr="00022966">
        <w:rPr>
          <w:b/>
          <w:bCs/>
          <w:sz w:val="28"/>
          <w:szCs w:val="28"/>
        </w:rPr>
        <w:t>let</w:t>
      </w:r>
      <w:r w:rsidR="00D90E30" w:rsidRPr="00022966">
        <w:rPr>
          <w:b/>
          <w:bCs/>
          <w:sz w:val="28"/>
          <w:szCs w:val="28"/>
        </w:rPr>
        <w:t>terhead)</w:t>
      </w:r>
    </w:p>
    <w:p w14:paraId="491072FA" w14:textId="77777777" w:rsidR="0079704B" w:rsidRDefault="36283518" w:rsidP="36283518">
      <w:pPr>
        <w:rPr>
          <w:rFonts w:ascii="Arial" w:eastAsia="Arial" w:hAnsi="Arial" w:cs="Arial"/>
        </w:rPr>
      </w:pPr>
      <w:r w:rsidRPr="36283518">
        <w:rPr>
          <w:rFonts w:ascii="Arial" w:eastAsia="Arial" w:hAnsi="Arial" w:cs="Arial"/>
        </w:rPr>
        <w:t>Date</w:t>
      </w:r>
    </w:p>
    <w:p w14:paraId="2D1B8248" w14:textId="0A16A371" w:rsidR="0079704B" w:rsidRDefault="36283518" w:rsidP="36283518">
      <w:pPr>
        <w:rPr>
          <w:rFonts w:ascii="Arial" w:eastAsia="Arial" w:hAnsi="Arial" w:cs="Arial"/>
        </w:rPr>
      </w:pPr>
      <w:r w:rsidRPr="36283518">
        <w:rPr>
          <w:rFonts w:ascii="Arial" w:eastAsia="Arial" w:hAnsi="Arial" w:cs="Arial"/>
        </w:rPr>
        <w:t>Re: Invitation to Visit Illinois State University</w:t>
      </w:r>
    </w:p>
    <w:p w14:paraId="1C69E482" w14:textId="6911F9D3" w:rsidR="0079704B" w:rsidRDefault="36283518" w:rsidP="36283518">
      <w:pPr>
        <w:rPr>
          <w:rFonts w:ascii="Arial" w:eastAsia="Arial" w:hAnsi="Arial" w:cs="Arial"/>
        </w:rPr>
      </w:pPr>
      <w:r w:rsidRPr="36283518">
        <w:rPr>
          <w:rFonts w:ascii="Arial" w:eastAsia="Arial" w:hAnsi="Arial" w:cs="Arial"/>
        </w:rPr>
        <w:t>Dear [Name of Visitor]:</w:t>
      </w:r>
    </w:p>
    <w:p w14:paraId="22FC6C0B" w14:textId="170EF6B7" w:rsidR="0079704B" w:rsidRDefault="07A494A4" w:rsidP="36283518">
      <w:pPr>
        <w:spacing w:before="210" w:after="210" w:line="300" w:lineRule="auto"/>
        <w:rPr>
          <w:rFonts w:ascii="Arial" w:eastAsia="Arial" w:hAnsi="Arial" w:cs="Arial"/>
        </w:rPr>
      </w:pPr>
      <w:r w:rsidRPr="36283518">
        <w:rPr>
          <w:rFonts w:ascii="Arial" w:eastAsia="Arial" w:hAnsi="Arial" w:cs="Arial"/>
        </w:rPr>
        <w:t xml:space="preserve">On behalf of Illinois State University, I am pleased to invite you to visit our campus from </w:t>
      </w:r>
      <w:r w:rsidRPr="36283518">
        <w:rPr>
          <w:rFonts w:ascii="Arial" w:eastAsia="Arial" w:hAnsi="Arial" w:cs="Arial"/>
          <w:b/>
          <w:bCs/>
        </w:rPr>
        <w:t>[Start Date]</w:t>
      </w:r>
      <w:r w:rsidRPr="36283518">
        <w:rPr>
          <w:rFonts w:ascii="Arial" w:eastAsia="Arial" w:hAnsi="Arial" w:cs="Arial"/>
        </w:rPr>
        <w:t xml:space="preserve"> to </w:t>
      </w:r>
      <w:r w:rsidRPr="36283518">
        <w:rPr>
          <w:rFonts w:ascii="Arial" w:eastAsia="Arial" w:hAnsi="Arial" w:cs="Arial"/>
          <w:b/>
          <w:bCs/>
        </w:rPr>
        <w:t>[End Date]</w:t>
      </w:r>
      <w:r w:rsidRPr="36283518">
        <w:rPr>
          <w:rFonts w:ascii="Arial" w:eastAsia="Arial" w:hAnsi="Arial" w:cs="Arial"/>
        </w:rPr>
        <w:t xml:space="preserve"> as a guest of the </w:t>
      </w:r>
      <w:r w:rsidRPr="36283518">
        <w:rPr>
          <w:rFonts w:ascii="Arial" w:eastAsia="Arial" w:hAnsi="Arial" w:cs="Arial"/>
          <w:b/>
          <w:bCs/>
        </w:rPr>
        <w:t>[Department/School Name]</w:t>
      </w:r>
      <w:r w:rsidRPr="36283518">
        <w:rPr>
          <w:rFonts w:ascii="Arial" w:eastAsia="Arial" w:hAnsi="Arial" w:cs="Arial"/>
        </w:rPr>
        <w:t>.</w:t>
      </w:r>
    </w:p>
    <w:p w14:paraId="32E8CF9E" w14:textId="0F290165" w:rsidR="0079704B" w:rsidRDefault="07A494A4" w:rsidP="36283518">
      <w:pPr>
        <w:spacing w:before="210" w:after="210" w:line="300" w:lineRule="auto"/>
        <w:rPr>
          <w:rFonts w:ascii="Arial" w:eastAsia="Arial" w:hAnsi="Arial" w:cs="Arial"/>
        </w:rPr>
      </w:pPr>
      <w:r w:rsidRPr="36283518">
        <w:rPr>
          <w:rFonts w:ascii="Arial" w:eastAsia="Arial" w:hAnsi="Arial" w:cs="Arial"/>
        </w:rPr>
        <w:t>During your visit, you will</w:t>
      </w:r>
      <w:r w:rsidR="3669016B" w:rsidRPr="36283518">
        <w:rPr>
          <w:rFonts w:ascii="Arial" w:eastAsia="Arial" w:hAnsi="Arial" w:cs="Arial"/>
        </w:rPr>
        <w:t xml:space="preserve"> participate in professional activities that will include </w:t>
      </w:r>
      <w:r w:rsidR="3669016B" w:rsidRPr="36283518">
        <w:rPr>
          <w:rFonts w:ascii="Arial" w:eastAsia="Arial" w:hAnsi="Arial" w:cs="Arial"/>
          <w:b/>
          <w:bCs/>
        </w:rPr>
        <w:t>[describe relevant activities]</w:t>
      </w:r>
      <w:r w:rsidR="3669016B" w:rsidRPr="36283518">
        <w:rPr>
          <w:rFonts w:ascii="Arial" w:eastAsia="Arial" w:hAnsi="Arial" w:cs="Arial"/>
        </w:rPr>
        <w:t xml:space="preserve">. </w:t>
      </w:r>
    </w:p>
    <w:p w14:paraId="70AD477E" w14:textId="582DFA34" w:rsidR="0079704B" w:rsidRDefault="07A494A4" w:rsidP="36283518">
      <w:pPr>
        <w:spacing w:before="210" w:after="210" w:line="300" w:lineRule="auto"/>
      </w:pPr>
      <w:r w:rsidRPr="36283518">
        <w:rPr>
          <w:rFonts w:ascii="Arial" w:eastAsia="Arial" w:hAnsi="Arial" w:cs="Arial"/>
        </w:rPr>
        <w:t>This visit is intended for short-term professional purposes only and does not involve enrollment in courses, academic credit, employment, or training.</w:t>
      </w:r>
    </w:p>
    <w:p w14:paraId="2D610B1B" w14:textId="424082ED" w:rsidR="0079704B" w:rsidRDefault="00022966" w:rsidP="36283518">
      <w:pPr>
        <w:spacing w:before="210" w:after="210" w:line="30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</w:t>
      </w:r>
      <w:r w:rsidR="503DA054" w:rsidRPr="36283518">
        <w:rPr>
          <w:rFonts w:ascii="Arial" w:eastAsia="Arial" w:hAnsi="Arial" w:cs="Arial"/>
        </w:rPr>
        <w:t xml:space="preserve"> should plan on entering the U.S. as a B-1 (Visitor for Business). If your country of citizenship parti</w:t>
      </w:r>
      <w:r w:rsidR="7C252DB9" w:rsidRPr="36283518">
        <w:rPr>
          <w:rFonts w:ascii="Arial" w:eastAsia="Arial" w:hAnsi="Arial" w:cs="Arial"/>
        </w:rPr>
        <w:t>cipates in the Visa Waiver Program with the United States, you may choose instead to enter the U.S. under the WB category (</w:t>
      </w:r>
      <w:r w:rsidR="78A9018D" w:rsidRPr="36283518">
        <w:rPr>
          <w:rFonts w:ascii="Arial" w:eastAsia="Arial" w:hAnsi="Arial" w:cs="Arial"/>
        </w:rPr>
        <w:t>Visa Waiver for Business).</w:t>
      </w:r>
      <w:r w:rsidR="00870BF9">
        <w:rPr>
          <w:rFonts w:ascii="Arial" w:eastAsia="Arial" w:hAnsi="Arial" w:cs="Arial"/>
        </w:rPr>
        <w:t xml:space="preserve"> Please see the U.S. Department of State website for more information: </w:t>
      </w:r>
      <w:hyperlink r:id="rId6" w:history="1">
        <w:r w:rsidR="00870BF9" w:rsidRPr="00EF24AB">
          <w:rPr>
            <w:rStyle w:val="Hyperlink"/>
            <w:rFonts w:ascii="Arial" w:eastAsia="Arial" w:hAnsi="Arial" w:cs="Arial"/>
          </w:rPr>
          <w:t>https://travel.state.gov/content/travel/en/us-visas/business.html</w:t>
        </w:r>
      </w:hyperlink>
      <w:r w:rsidR="00870BF9">
        <w:rPr>
          <w:rFonts w:ascii="Arial" w:eastAsia="Arial" w:hAnsi="Arial" w:cs="Arial"/>
        </w:rPr>
        <w:t>.</w:t>
      </w:r>
      <w:r w:rsidR="78A9018D" w:rsidRPr="36283518">
        <w:rPr>
          <w:rFonts w:ascii="Arial" w:eastAsia="Arial" w:hAnsi="Arial" w:cs="Arial"/>
        </w:rPr>
        <w:t xml:space="preserve"> </w:t>
      </w:r>
    </w:p>
    <w:p w14:paraId="747D5E8F" w14:textId="67F51A84" w:rsidR="0079704B" w:rsidRDefault="4C100439" w:rsidP="36283518">
      <w:pPr>
        <w:spacing w:before="210" w:after="210" w:line="300" w:lineRule="auto"/>
        <w:rPr>
          <w:rFonts w:ascii="Arial" w:eastAsia="Arial" w:hAnsi="Arial" w:cs="Arial"/>
        </w:rPr>
      </w:pPr>
      <w:r w:rsidRPr="36283518">
        <w:rPr>
          <w:rFonts w:ascii="Arial" w:eastAsia="Arial" w:hAnsi="Arial" w:cs="Arial"/>
        </w:rPr>
        <w:t xml:space="preserve">As previously discussed, the </w:t>
      </w:r>
      <w:r w:rsidRPr="36283518">
        <w:rPr>
          <w:rFonts w:ascii="Arial" w:eastAsia="Arial" w:hAnsi="Arial" w:cs="Arial"/>
          <w:b/>
          <w:bCs/>
        </w:rPr>
        <w:t>[Department/School Name]</w:t>
      </w:r>
      <w:r w:rsidRPr="36283518">
        <w:rPr>
          <w:rFonts w:ascii="Arial" w:eastAsia="Arial" w:hAnsi="Arial" w:cs="Arial"/>
        </w:rPr>
        <w:t xml:space="preserve"> is prepared to compensate you with </w:t>
      </w:r>
      <w:proofErr w:type="gramStart"/>
      <w:r w:rsidRPr="36283518">
        <w:rPr>
          <w:rFonts w:ascii="Arial" w:eastAsia="Arial" w:hAnsi="Arial" w:cs="Arial"/>
        </w:rPr>
        <w:t xml:space="preserve">a </w:t>
      </w:r>
      <w:r w:rsidR="29F66172" w:rsidRPr="36283518">
        <w:rPr>
          <w:rFonts w:ascii="Arial" w:eastAsia="Arial" w:hAnsi="Arial" w:cs="Arial"/>
          <w:b/>
          <w:bCs/>
        </w:rPr>
        <w:t>[</w:t>
      </w:r>
      <w:proofErr w:type="gramEnd"/>
      <w:r w:rsidR="49326395" w:rsidRPr="36283518">
        <w:rPr>
          <w:rFonts w:ascii="Arial" w:eastAsia="Arial" w:hAnsi="Arial" w:cs="Arial"/>
          <w:b/>
          <w:bCs/>
        </w:rPr>
        <w:t>enter USD amount]</w:t>
      </w:r>
      <w:r w:rsidRPr="36283518">
        <w:rPr>
          <w:rFonts w:ascii="Arial" w:eastAsia="Arial" w:hAnsi="Arial" w:cs="Arial"/>
        </w:rPr>
        <w:t xml:space="preserve"> honorarium and to reimburse you for round trip air fare and travel expenses from </w:t>
      </w:r>
      <w:r w:rsidRPr="36283518">
        <w:rPr>
          <w:rFonts w:ascii="Arial" w:eastAsia="Arial" w:hAnsi="Arial" w:cs="Arial"/>
          <w:b/>
          <w:bCs/>
        </w:rPr>
        <w:t>[Specify Country of Origin]</w:t>
      </w:r>
      <w:r w:rsidRPr="36283518">
        <w:rPr>
          <w:rFonts w:ascii="Arial" w:eastAsia="Arial" w:hAnsi="Arial" w:cs="Arial"/>
        </w:rPr>
        <w:t xml:space="preserve"> to Normal, IL.</w:t>
      </w:r>
      <w:r w:rsidR="3C7C8B42" w:rsidRPr="36283518">
        <w:rPr>
          <w:rFonts w:ascii="Arial" w:eastAsia="Arial" w:hAnsi="Arial" w:cs="Arial"/>
        </w:rPr>
        <w:t xml:space="preserve"> I have confirmed with the </w:t>
      </w:r>
      <w:r w:rsidR="07A494A4" w:rsidRPr="36283518">
        <w:rPr>
          <w:rFonts w:ascii="Arial" w:eastAsia="Arial" w:hAnsi="Arial" w:cs="Arial"/>
        </w:rPr>
        <w:t xml:space="preserve">Illinois State University </w:t>
      </w:r>
      <w:r w:rsidR="7C01A15B" w:rsidRPr="36283518">
        <w:rPr>
          <w:rFonts w:ascii="Arial" w:eastAsia="Arial" w:hAnsi="Arial" w:cs="Arial"/>
        </w:rPr>
        <w:t>T</w:t>
      </w:r>
      <w:r w:rsidR="18761DA5" w:rsidRPr="36283518">
        <w:rPr>
          <w:rFonts w:ascii="Arial" w:eastAsia="Arial" w:hAnsi="Arial" w:cs="Arial"/>
        </w:rPr>
        <w:t xml:space="preserve">ax </w:t>
      </w:r>
      <w:r w:rsidR="1EE5F3F9" w:rsidRPr="36283518">
        <w:rPr>
          <w:rFonts w:ascii="Arial" w:eastAsia="Arial" w:hAnsi="Arial" w:cs="Arial"/>
        </w:rPr>
        <w:t>O</w:t>
      </w:r>
      <w:r w:rsidR="18761DA5" w:rsidRPr="36283518">
        <w:rPr>
          <w:rFonts w:ascii="Arial" w:eastAsia="Arial" w:hAnsi="Arial" w:cs="Arial"/>
        </w:rPr>
        <w:t xml:space="preserve">ffice that these payments are allowable </w:t>
      </w:r>
      <w:r w:rsidR="00F4669E">
        <w:rPr>
          <w:rFonts w:ascii="Arial" w:eastAsia="Arial" w:hAnsi="Arial" w:cs="Arial"/>
        </w:rPr>
        <w:t xml:space="preserve">for </w:t>
      </w:r>
      <w:r w:rsidR="00E30457">
        <w:rPr>
          <w:rFonts w:ascii="Arial" w:eastAsia="Arial" w:hAnsi="Arial" w:cs="Arial"/>
        </w:rPr>
        <w:t xml:space="preserve">your </w:t>
      </w:r>
      <w:r w:rsidR="00B70137">
        <w:rPr>
          <w:rFonts w:ascii="Arial" w:eastAsia="Arial" w:hAnsi="Arial" w:cs="Arial"/>
        </w:rPr>
        <w:t>visit as</w:t>
      </w:r>
      <w:r w:rsidR="00F9771C">
        <w:rPr>
          <w:rFonts w:ascii="Arial" w:eastAsia="Arial" w:hAnsi="Arial" w:cs="Arial"/>
        </w:rPr>
        <w:t xml:space="preserve"> a</w:t>
      </w:r>
      <w:r w:rsidR="00190EFC">
        <w:rPr>
          <w:rFonts w:ascii="Arial" w:eastAsia="Arial" w:hAnsi="Arial" w:cs="Arial"/>
        </w:rPr>
        <w:t xml:space="preserve"> </w:t>
      </w:r>
      <w:r w:rsidR="00D04D5F">
        <w:rPr>
          <w:rFonts w:ascii="Arial" w:eastAsia="Arial" w:hAnsi="Arial" w:cs="Arial"/>
        </w:rPr>
        <w:t>B-1</w:t>
      </w:r>
      <w:r w:rsidR="00DA1742">
        <w:rPr>
          <w:rFonts w:ascii="Arial" w:eastAsia="Arial" w:hAnsi="Arial" w:cs="Arial"/>
        </w:rPr>
        <w:t>/WB</w:t>
      </w:r>
      <w:r w:rsidR="00CB0022">
        <w:rPr>
          <w:rFonts w:ascii="Arial" w:eastAsia="Arial" w:hAnsi="Arial" w:cs="Arial"/>
        </w:rPr>
        <w:t xml:space="preserve"> </w:t>
      </w:r>
      <w:r w:rsidR="00525C9F">
        <w:rPr>
          <w:rFonts w:ascii="Arial" w:eastAsia="Arial" w:hAnsi="Arial" w:cs="Arial"/>
        </w:rPr>
        <w:t>vi</w:t>
      </w:r>
      <w:r w:rsidR="00935438">
        <w:rPr>
          <w:rFonts w:ascii="Arial" w:eastAsia="Arial" w:hAnsi="Arial" w:cs="Arial"/>
        </w:rPr>
        <w:t>s</w:t>
      </w:r>
      <w:r w:rsidR="007B2B25">
        <w:rPr>
          <w:rFonts w:ascii="Arial" w:eastAsia="Arial" w:hAnsi="Arial" w:cs="Arial"/>
        </w:rPr>
        <w:t>it</w:t>
      </w:r>
      <w:r w:rsidR="00857340">
        <w:rPr>
          <w:rFonts w:ascii="Arial" w:eastAsia="Arial" w:hAnsi="Arial" w:cs="Arial"/>
        </w:rPr>
        <w:t xml:space="preserve">or </w:t>
      </w:r>
      <w:r w:rsidR="18761DA5" w:rsidRPr="36283518">
        <w:rPr>
          <w:rFonts w:ascii="Arial" w:eastAsia="Arial" w:hAnsi="Arial" w:cs="Arial"/>
        </w:rPr>
        <w:t xml:space="preserve">and </w:t>
      </w:r>
      <w:r w:rsidR="07A494A4" w:rsidRPr="36283518">
        <w:rPr>
          <w:rFonts w:ascii="Arial" w:eastAsia="Arial" w:hAnsi="Arial" w:cs="Arial"/>
        </w:rPr>
        <w:t xml:space="preserve">in accordance with U.S. immigration </w:t>
      </w:r>
      <w:r w:rsidR="43EA5718" w:rsidRPr="36283518">
        <w:rPr>
          <w:rFonts w:ascii="Arial" w:eastAsia="Arial" w:hAnsi="Arial" w:cs="Arial"/>
        </w:rPr>
        <w:t xml:space="preserve">law </w:t>
      </w:r>
      <w:r w:rsidR="07A494A4" w:rsidRPr="36283518">
        <w:rPr>
          <w:rFonts w:ascii="Arial" w:eastAsia="Arial" w:hAnsi="Arial" w:cs="Arial"/>
        </w:rPr>
        <w:t>and university policies.</w:t>
      </w:r>
    </w:p>
    <w:p w14:paraId="6EF17E58" w14:textId="2C8CF1DC" w:rsidR="0079704B" w:rsidRDefault="07A494A4" w:rsidP="36283518">
      <w:pPr>
        <w:spacing w:before="210" w:after="210" w:line="300" w:lineRule="auto"/>
        <w:rPr>
          <w:rFonts w:ascii="Arial" w:eastAsia="Arial" w:hAnsi="Arial" w:cs="Arial"/>
        </w:rPr>
      </w:pPr>
      <w:r w:rsidRPr="36283518">
        <w:rPr>
          <w:rFonts w:ascii="Arial" w:eastAsia="Arial" w:hAnsi="Arial" w:cs="Arial"/>
        </w:rPr>
        <w:t>We look forward to welcoming you to Illinois State University.</w:t>
      </w:r>
      <w:r w:rsidR="11FCE236" w:rsidRPr="36283518">
        <w:rPr>
          <w:rFonts w:ascii="Arial" w:eastAsia="Arial" w:hAnsi="Arial" w:cs="Arial"/>
        </w:rPr>
        <w:t xml:space="preserve"> </w:t>
      </w:r>
      <w:r w:rsidRPr="36283518">
        <w:rPr>
          <w:rFonts w:ascii="Arial" w:eastAsia="Arial" w:hAnsi="Arial" w:cs="Arial"/>
        </w:rPr>
        <w:t>If you have any questions regarding your visit, please feel free to contact me.</w:t>
      </w:r>
    </w:p>
    <w:p w14:paraId="6AFDC76C" w14:textId="028D695E" w:rsidR="0079704B" w:rsidRDefault="07A494A4" w:rsidP="36283518">
      <w:pPr>
        <w:spacing w:before="210" w:after="210" w:line="300" w:lineRule="auto"/>
        <w:rPr>
          <w:rFonts w:ascii="Arial" w:eastAsia="Arial" w:hAnsi="Arial" w:cs="Arial"/>
        </w:rPr>
      </w:pPr>
      <w:r w:rsidRPr="36283518">
        <w:rPr>
          <w:rFonts w:ascii="Arial" w:eastAsia="Arial" w:hAnsi="Arial" w:cs="Arial"/>
        </w:rPr>
        <w:t>Sincerely,</w:t>
      </w:r>
    </w:p>
    <w:p w14:paraId="5BE158C4" w14:textId="25901D10" w:rsidR="0079704B" w:rsidRDefault="07A494A4" w:rsidP="36283518">
      <w:pPr>
        <w:spacing w:before="210" w:after="210" w:line="300" w:lineRule="auto"/>
      </w:pPr>
      <w:r w:rsidRPr="36283518">
        <w:rPr>
          <w:rFonts w:ascii="Arial" w:eastAsia="Arial" w:hAnsi="Arial" w:cs="Arial"/>
          <w:b/>
          <w:bCs/>
        </w:rPr>
        <w:t>[Host Name]</w:t>
      </w:r>
      <w:r w:rsidR="00484843">
        <w:br/>
      </w:r>
      <w:r w:rsidRPr="36283518">
        <w:rPr>
          <w:rFonts w:ascii="Arial" w:eastAsia="Arial" w:hAnsi="Arial" w:cs="Arial"/>
          <w:b/>
          <w:bCs/>
        </w:rPr>
        <w:t>[Title]</w:t>
      </w:r>
      <w:r w:rsidR="00484843">
        <w:br/>
      </w:r>
      <w:r w:rsidRPr="36283518">
        <w:rPr>
          <w:rFonts w:ascii="Arial" w:eastAsia="Arial" w:hAnsi="Arial" w:cs="Arial"/>
          <w:b/>
          <w:bCs/>
        </w:rPr>
        <w:t>[Department]</w:t>
      </w:r>
      <w:r w:rsidR="00484843">
        <w:br/>
      </w:r>
      <w:r w:rsidRPr="36283518">
        <w:rPr>
          <w:rFonts w:ascii="Arial" w:eastAsia="Arial" w:hAnsi="Arial" w:cs="Arial"/>
          <w:b/>
          <w:bCs/>
        </w:rPr>
        <w:t>Illinois State University</w:t>
      </w:r>
      <w:r w:rsidR="00484843">
        <w:br/>
      </w:r>
      <w:r w:rsidRPr="36283518">
        <w:rPr>
          <w:rFonts w:ascii="Arial" w:eastAsia="Arial" w:hAnsi="Arial" w:cs="Arial"/>
          <w:b/>
          <w:bCs/>
        </w:rPr>
        <w:t>[Email Address]</w:t>
      </w:r>
      <w:r w:rsidR="00484843">
        <w:br/>
      </w:r>
      <w:r w:rsidRPr="36283518">
        <w:rPr>
          <w:rFonts w:ascii="Arial" w:eastAsia="Arial" w:hAnsi="Arial" w:cs="Arial"/>
          <w:b/>
          <w:bCs/>
        </w:rPr>
        <w:t>[Phone Number]</w:t>
      </w:r>
      <w:r w:rsidRPr="36283518">
        <w:rPr>
          <w:rFonts w:ascii="Arial" w:eastAsia="Arial" w:hAnsi="Arial" w:cs="Arial"/>
        </w:rPr>
        <w:t xml:space="preserve"> </w:t>
      </w:r>
    </w:p>
    <w:p w14:paraId="2DB9002A" w14:textId="296C3879" w:rsidR="156A3D9E" w:rsidRDefault="156A3D9E" w:rsidP="36283518">
      <w:pPr>
        <w:spacing w:before="210" w:after="210" w:line="300" w:lineRule="auto"/>
      </w:pPr>
      <w:r w:rsidRPr="36283518">
        <w:rPr>
          <w:rFonts w:ascii="Arial" w:eastAsia="Arial" w:hAnsi="Arial" w:cs="Arial"/>
        </w:rPr>
        <w:t xml:space="preserve">CC: </w:t>
      </w:r>
      <w:r w:rsidR="7ED14425" w:rsidRPr="36283518">
        <w:rPr>
          <w:rFonts w:ascii="Arial" w:eastAsia="Arial" w:hAnsi="Arial" w:cs="Arial"/>
        </w:rPr>
        <w:t>Tax Office</w:t>
      </w:r>
      <w:r w:rsidR="70F81B9B" w:rsidRPr="36283518">
        <w:rPr>
          <w:rFonts w:ascii="Arial" w:eastAsia="Arial" w:hAnsi="Arial" w:cs="Arial"/>
        </w:rPr>
        <w:t xml:space="preserve"> (TaxOffice@ilstu.edu)</w:t>
      </w:r>
      <w:r>
        <w:br/>
      </w:r>
      <w:r w:rsidR="0A87371D" w:rsidRPr="36283518">
        <w:rPr>
          <w:rFonts w:ascii="Arial" w:eastAsia="Arial" w:hAnsi="Arial" w:cs="Arial"/>
        </w:rPr>
        <w:t xml:space="preserve">        International Student and Scholar Services (IntlScholars@ilstu.edu)</w:t>
      </w:r>
    </w:p>
    <w:sectPr w:rsidR="156A3D9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1095075">
    <w:abstractNumId w:val="1"/>
  </w:num>
  <w:num w:numId="2" w16cid:durableId="120653811">
    <w:abstractNumId w:val="6"/>
  </w:num>
  <w:num w:numId="3" w16cid:durableId="1331522744">
    <w:abstractNumId w:val="0"/>
  </w:num>
  <w:num w:numId="4" w16cid:durableId="14157858">
    <w:abstractNumId w:val="7"/>
  </w:num>
  <w:num w:numId="5" w16cid:durableId="1455518381">
    <w:abstractNumId w:val="5"/>
  </w:num>
  <w:num w:numId="6" w16cid:durableId="1906065618">
    <w:abstractNumId w:val="8"/>
  </w:num>
  <w:num w:numId="7" w16cid:durableId="494567396">
    <w:abstractNumId w:val="2"/>
  </w:num>
  <w:num w:numId="8" w16cid:durableId="617104507">
    <w:abstractNumId w:val="4"/>
  </w:num>
  <w:num w:numId="9" w16cid:durableId="717819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966"/>
    <w:rsid w:val="00034616"/>
    <w:rsid w:val="0006063C"/>
    <w:rsid w:val="0015074B"/>
    <w:rsid w:val="00190EFC"/>
    <w:rsid w:val="0029639D"/>
    <w:rsid w:val="00326F90"/>
    <w:rsid w:val="00421BCE"/>
    <w:rsid w:val="0045500E"/>
    <w:rsid w:val="00484843"/>
    <w:rsid w:val="00525C9F"/>
    <w:rsid w:val="00620F21"/>
    <w:rsid w:val="007816BD"/>
    <w:rsid w:val="0079704B"/>
    <w:rsid w:val="007B2B25"/>
    <w:rsid w:val="007E370F"/>
    <w:rsid w:val="00857340"/>
    <w:rsid w:val="00870BF9"/>
    <w:rsid w:val="008E19E0"/>
    <w:rsid w:val="00935438"/>
    <w:rsid w:val="009B522D"/>
    <w:rsid w:val="00AA1D8D"/>
    <w:rsid w:val="00AD0CA8"/>
    <w:rsid w:val="00AF13B9"/>
    <w:rsid w:val="00B47730"/>
    <w:rsid w:val="00B70137"/>
    <w:rsid w:val="00CB0022"/>
    <w:rsid w:val="00CB0664"/>
    <w:rsid w:val="00D04D5F"/>
    <w:rsid w:val="00D8204A"/>
    <w:rsid w:val="00D90E30"/>
    <w:rsid w:val="00DA1742"/>
    <w:rsid w:val="00DD5B11"/>
    <w:rsid w:val="00E30457"/>
    <w:rsid w:val="00EA085E"/>
    <w:rsid w:val="00EC8D12"/>
    <w:rsid w:val="00F32984"/>
    <w:rsid w:val="00F4669E"/>
    <w:rsid w:val="00F9771C"/>
    <w:rsid w:val="00FB59D1"/>
    <w:rsid w:val="00FC693F"/>
    <w:rsid w:val="00FF5AD1"/>
    <w:rsid w:val="0699A026"/>
    <w:rsid w:val="07A494A4"/>
    <w:rsid w:val="0A27989F"/>
    <w:rsid w:val="0A5730D1"/>
    <w:rsid w:val="0A87371D"/>
    <w:rsid w:val="0AF4C51C"/>
    <w:rsid w:val="11FCE236"/>
    <w:rsid w:val="156A3D9E"/>
    <w:rsid w:val="18761DA5"/>
    <w:rsid w:val="19F260FF"/>
    <w:rsid w:val="1BF98760"/>
    <w:rsid w:val="1D2C673D"/>
    <w:rsid w:val="1E234D36"/>
    <w:rsid w:val="1EE5F3F9"/>
    <w:rsid w:val="204CF3E9"/>
    <w:rsid w:val="2696DCBF"/>
    <w:rsid w:val="27AA48C7"/>
    <w:rsid w:val="29F66172"/>
    <w:rsid w:val="3201F952"/>
    <w:rsid w:val="333FAE0E"/>
    <w:rsid w:val="35727B76"/>
    <w:rsid w:val="36240598"/>
    <w:rsid w:val="36283518"/>
    <w:rsid w:val="3669016B"/>
    <w:rsid w:val="38C23B37"/>
    <w:rsid w:val="3AAC821E"/>
    <w:rsid w:val="3B6C2C76"/>
    <w:rsid w:val="3C7C8B42"/>
    <w:rsid w:val="43EA5718"/>
    <w:rsid w:val="4504E60A"/>
    <w:rsid w:val="47150294"/>
    <w:rsid w:val="49326395"/>
    <w:rsid w:val="4C045E2F"/>
    <w:rsid w:val="4C100439"/>
    <w:rsid w:val="4E0A5E97"/>
    <w:rsid w:val="503DA054"/>
    <w:rsid w:val="59B50D07"/>
    <w:rsid w:val="5E8324D6"/>
    <w:rsid w:val="5F2A574F"/>
    <w:rsid w:val="66CABB6F"/>
    <w:rsid w:val="671353D6"/>
    <w:rsid w:val="67DF5550"/>
    <w:rsid w:val="68960417"/>
    <w:rsid w:val="6C74D060"/>
    <w:rsid w:val="6DA7FB17"/>
    <w:rsid w:val="6F44CD8D"/>
    <w:rsid w:val="6F470370"/>
    <w:rsid w:val="70F81B9B"/>
    <w:rsid w:val="71475F27"/>
    <w:rsid w:val="72178076"/>
    <w:rsid w:val="7371A055"/>
    <w:rsid w:val="744BF846"/>
    <w:rsid w:val="7850A7D3"/>
    <w:rsid w:val="78A9018D"/>
    <w:rsid w:val="7BE2AA99"/>
    <w:rsid w:val="7C01A15B"/>
    <w:rsid w:val="7C252DB9"/>
    <w:rsid w:val="7ED1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ADF4DDE-B613-405A-916B-6DEBBE28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70B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ravel.state.gov/content/travel/en/us-visas/busines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277</Words>
  <Characters>1583</Characters>
  <Application>Microsoft Office Word</Application>
  <DocSecurity>0</DocSecurity>
  <Lines>13</Lines>
  <Paragraphs>3</Paragraphs>
  <ScaleCrop>false</ScaleCrop>
  <Manager/>
  <Company/>
  <LinksUpToDate>false</LinksUpToDate>
  <CharactersWithSpaces>1857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Wagoner, Aubrey</dc:creator>
  <cp:keywords/>
  <dc:description>generated by python-docx</dc:description>
  <cp:lastModifiedBy>Wagoner, Aubrey</cp:lastModifiedBy>
  <cp:revision>4</cp:revision>
  <dcterms:created xsi:type="dcterms:W3CDTF">2026-09-28T15:29:00Z</dcterms:created>
  <dcterms:modified xsi:type="dcterms:W3CDTF">2026-09-28T15:42:00Z</dcterms:modified>
  <cp:category/>
</cp:coreProperties>
</file>